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535" w:rsidRDefault="00000E10">
      <w:pPr>
        <w:jc w:val="center"/>
      </w:pPr>
      <w:r>
        <w:rPr>
          <w:b/>
          <w:sz w:val="32"/>
        </w:rPr>
        <w:t>АСОЦИАЦИЯ НА СПЕЦИАЛИСТИТЕ ПО ХОЛИСТИЧНО ЗДРАВЕ</w:t>
      </w:r>
      <w:r>
        <w:rPr>
          <w:b/>
          <w:sz w:val="32"/>
        </w:rPr>
        <w:br/>
      </w:r>
    </w:p>
    <w:p w:rsidR="00733535" w:rsidRDefault="00000E10">
      <w:pPr>
        <w:jc w:val="center"/>
      </w:pPr>
      <w:r>
        <w:rPr>
          <w:b/>
        </w:rPr>
        <w:t>МОЛБА ЗА ЧЛЕНСТВО</w:t>
      </w:r>
    </w:p>
    <w:p w:rsidR="00733535" w:rsidRDefault="00733535"/>
    <w:p w:rsidR="00733535" w:rsidRDefault="00000E10">
      <w:r>
        <w:t>Три имена: __________________________________________</w:t>
      </w:r>
    </w:p>
    <w:p w:rsidR="00733535" w:rsidRDefault="00000E10">
      <w:r>
        <w:t>ЕГН: __________________________________________</w:t>
      </w:r>
    </w:p>
    <w:p w:rsidR="00733535" w:rsidRDefault="00000E10">
      <w:r>
        <w:t>Адрес: __________________________________________</w:t>
      </w:r>
    </w:p>
    <w:p w:rsidR="00733535" w:rsidRDefault="00000E10">
      <w:r>
        <w:t xml:space="preserve">Телефон: </w:t>
      </w:r>
      <w:r>
        <w:t>__________________________________________</w:t>
      </w:r>
    </w:p>
    <w:p w:rsidR="00733535" w:rsidRDefault="00000E10">
      <w:r>
        <w:t>E-mail: __________________________________________</w:t>
      </w:r>
    </w:p>
    <w:p w:rsidR="00733535" w:rsidRDefault="00000E10">
      <w:r>
        <w:t>Професия: __________________________________________</w:t>
      </w:r>
    </w:p>
    <w:p w:rsidR="00733535" w:rsidRPr="00000E10" w:rsidRDefault="00000E10">
      <w:pPr>
        <w:pStyle w:val="21"/>
        <w:rPr>
          <w:sz w:val="28"/>
          <w:szCs w:val="28"/>
        </w:rPr>
      </w:pPr>
      <w:r w:rsidRPr="00000E10">
        <w:rPr>
          <w:sz w:val="28"/>
          <w:szCs w:val="28"/>
        </w:rPr>
        <w:t>Основна област на дейност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r>
        <w:t>Биофилия</w:t>
      </w:r>
      <w:proofErr w:type="gramEnd"/>
      <w:r>
        <w:t xml:space="preserve"> / </w:t>
      </w:r>
      <w:proofErr w:type="spellStart"/>
      <w:r>
        <w:t>Метатрон</w:t>
      </w:r>
      <w:proofErr w:type="spellEnd"/>
      <w:r>
        <w:t xml:space="preserve"> / Биоплазма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r>
        <w:t>Spooky2</w:t>
      </w:r>
      <w:proofErr w:type="gramEnd"/>
      <w:r>
        <w:t xml:space="preserve"> / </w:t>
      </w:r>
      <w:proofErr w:type="spellStart"/>
      <w:r>
        <w:t>Честотни</w:t>
      </w:r>
      <w:proofErr w:type="spellEnd"/>
      <w:r>
        <w:t xml:space="preserve"> </w:t>
      </w:r>
      <w:proofErr w:type="spellStart"/>
      <w:r>
        <w:t>методи</w:t>
      </w:r>
      <w:proofErr w:type="spellEnd"/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Натуропатия</w:t>
      </w:r>
      <w:proofErr w:type="spellEnd"/>
      <w:proofErr w:type="gramEnd"/>
    </w:p>
    <w:p w:rsidR="00733535" w:rsidRPr="00000E10" w:rsidRDefault="00000E10">
      <w:pPr>
        <w:rPr>
          <w:lang w:val="bg-BG"/>
        </w:rPr>
      </w:pPr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Диететика</w:t>
      </w:r>
      <w:proofErr w:type="spellEnd"/>
      <w:proofErr w:type="gramEnd"/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Психология</w:t>
      </w:r>
      <w:proofErr w:type="spellEnd"/>
      <w:proofErr w:type="gramEnd"/>
      <w:r>
        <w:t xml:space="preserve"> / </w:t>
      </w:r>
      <w:proofErr w:type="spellStart"/>
      <w:r>
        <w:t>Психотерапия</w:t>
      </w:r>
      <w:proofErr w:type="spellEnd"/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Физиотерапия</w:t>
      </w:r>
      <w:proofErr w:type="spellEnd"/>
      <w:proofErr w:type="gramEnd"/>
      <w:r>
        <w:t xml:space="preserve"> / </w:t>
      </w:r>
      <w:proofErr w:type="spellStart"/>
      <w:r>
        <w:t>Рехабилитация</w:t>
      </w:r>
      <w:proofErr w:type="spellEnd"/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Фитотерапия</w:t>
      </w:r>
      <w:proofErr w:type="spellEnd"/>
      <w:proofErr w:type="gramEnd"/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Друго</w:t>
      </w:r>
      <w:proofErr w:type="spellEnd"/>
      <w:proofErr w:type="gramEnd"/>
      <w:r>
        <w:t>: __________________</w:t>
      </w:r>
    </w:p>
    <w:p w:rsidR="00733535" w:rsidRPr="00000E10" w:rsidRDefault="00000E10">
      <w:pPr>
        <w:pStyle w:val="21"/>
        <w:rPr>
          <w:sz w:val="28"/>
          <w:szCs w:val="28"/>
        </w:rPr>
      </w:pPr>
      <w:r w:rsidRPr="00000E10">
        <w:rPr>
          <w:sz w:val="28"/>
          <w:szCs w:val="28"/>
        </w:rPr>
        <w:t>Условия за членство</w:t>
      </w:r>
    </w:p>
    <w:p w:rsidR="00733535" w:rsidRDefault="00000E10">
      <w:r>
        <w:t>Членове на АСХЗ могат да бъдат физически и юридически лица, които споделят целите и принципите на Асоциацията и развиват дейно</w:t>
      </w:r>
      <w:r>
        <w:t>ст в областта на холистичното здраве, превантивната медицина, натуропатията, нутрициологията, психологията, физиотерапията, честотните и енергийните терапии или други сродни направления.</w:t>
      </w:r>
    </w:p>
    <w:p w:rsidR="00733535" w:rsidRDefault="00000E10">
      <w:r>
        <w:t>Кандидатите следва да притежават професионална квалификация, обучение</w:t>
      </w:r>
      <w:r>
        <w:t xml:space="preserve"> или практически опит в съответната област и да представят документ, удостоверяващ тяхната компетентност.</w:t>
      </w:r>
    </w:p>
    <w:p w:rsidR="00733535" w:rsidRDefault="00000E10">
      <w:r>
        <w:lastRenderedPageBreak/>
        <w:t>Приемането на нови членове се извършва с решение на Управителния съвет съгласно Устава на Асоциацията.</w:t>
      </w:r>
    </w:p>
    <w:p w:rsidR="00733535" w:rsidRDefault="00000E10">
      <w:r>
        <w:t xml:space="preserve">Всички членове се задължават да спазват Устава </w:t>
      </w:r>
      <w:r>
        <w:t>и Етичния кодекс на АСХЗ.</w:t>
      </w:r>
    </w:p>
    <w:p w:rsidR="00733535" w:rsidRPr="00000E10" w:rsidRDefault="00000E10">
      <w:pPr>
        <w:pStyle w:val="21"/>
        <w:rPr>
          <w:sz w:val="28"/>
          <w:szCs w:val="28"/>
        </w:rPr>
      </w:pPr>
      <w:r w:rsidRPr="00000E10">
        <w:rPr>
          <w:sz w:val="28"/>
          <w:szCs w:val="28"/>
        </w:rPr>
        <w:t>Приложени документи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Копие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диплома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образование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Сертификат</w:t>
      </w:r>
      <w:proofErr w:type="spellEnd"/>
      <w:proofErr w:type="gramEnd"/>
      <w:r>
        <w:t xml:space="preserve"> / </w:t>
      </w:r>
      <w:proofErr w:type="spellStart"/>
      <w:r>
        <w:t>удостоверение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професионално обучение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Документ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 xml:space="preserve"> в областта на холистичното здраве</w:t>
      </w:r>
    </w:p>
    <w:p w:rsidR="00733535" w:rsidRDefault="00000E10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Препоръка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АСХЗ (по желание)</w:t>
      </w:r>
    </w:p>
    <w:p w:rsidR="00733535" w:rsidRDefault="00000E10">
      <w:proofErr w:type="gramStart"/>
      <w:r>
        <w:t>☐</w:t>
      </w:r>
      <w:r>
        <w:rPr>
          <w:lang w:val="bg-BG"/>
        </w:rPr>
        <w:t xml:space="preserve"> </w:t>
      </w:r>
      <w:r>
        <w:t xml:space="preserve"> Други</w:t>
      </w:r>
      <w:proofErr w:type="gramEnd"/>
      <w:r>
        <w:t xml:space="preserve"> документи</w:t>
      </w:r>
    </w:p>
    <w:p w:rsidR="00733535" w:rsidRDefault="00000E10">
      <w:r>
        <w:br/>
        <w:t>Общ брой приложени документи: __________</w:t>
      </w:r>
    </w:p>
    <w:p w:rsidR="00733535" w:rsidRPr="00000E10" w:rsidRDefault="00000E10">
      <w:pPr>
        <w:pStyle w:val="21"/>
        <w:rPr>
          <w:sz w:val="28"/>
          <w:szCs w:val="28"/>
        </w:rPr>
      </w:pPr>
      <w:r w:rsidRPr="00000E10">
        <w:rPr>
          <w:sz w:val="28"/>
          <w:szCs w:val="28"/>
        </w:rPr>
        <w:t>Членски внос</w:t>
      </w:r>
    </w:p>
    <w:p w:rsidR="00733535" w:rsidRDefault="00000E10">
      <w:r>
        <w:t>Годишен членски внос: 60 EUR</w:t>
      </w:r>
      <w:r>
        <w:br/>
        <w:t>IBAN: BG58UBBS80021083856650</w:t>
      </w:r>
      <w:r>
        <w:br/>
        <w:t>Основание: Членски внос</w:t>
      </w:r>
    </w:p>
    <w:p w:rsidR="00733535" w:rsidRDefault="00000E10">
      <w:r>
        <w:br/>
        <w:t>Декларирам, че предоставените да</w:t>
      </w:r>
      <w:r>
        <w:t>нни и документи са верни и актуални.</w:t>
      </w:r>
    </w:p>
    <w:p w:rsidR="00733535" w:rsidRDefault="00000E10">
      <w:r>
        <w:br/>
        <w:t xml:space="preserve">Дата: ________________      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Подпис: ____________________</w:t>
      </w:r>
    </w:p>
    <w:sectPr w:rsidR="0073353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0E10"/>
    <w:rsid w:val="00034616"/>
    <w:rsid w:val="0006063C"/>
    <w:rsid w:val="0015074B"/>
    <w:rsid w:val="0029639D"/>
    <w:rsid w:val="00326F90"/>
    <w:rsid w:val="0073353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CE582"/>
  <w14:defaultImageDpi w14:val="300"/>
  <w15:docId w15:val="{29E485F3-C00E-4675-B727-A644D792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DD593F-8F9E-484E-9D6C-CED20FA8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Diliana</cp:lastModifiedBy>
  <cp:revision>2</cp:revision>
  <dcterms:created xsi:type="dcterms:W3CDTF">2013-12-23T23:15:00Z</dcterms:created>
  <dcterms:modified xsi:type="dcterms:W3CDTF">2026-06-12T13:21:00Z</dcterms:modified>
  <cp:category/>
</cp:coreProperties>
</file>